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EDF249" w14:textId="22E551B2" w:rsidR="006614CB" w:rsidRPr="007B185A" w:rsidRDefault="007B185A">
      <w:pPr>
        <w:jc w:val="center"/>
        <w:rPr>
          <w:lang w:val="sr-Cyrl-RS"/>
        </w:rPr>
      </w:pPr>
      <w:r w:rsidRPr="007B185A">
        <w:rPr>
          <w:b/>
          <w:sz w:val="30"/>
        </w:rPr>
        <w:t>РАСПОРЕД НАСТАВЕ – БЕОГРАД</w:t>
      </w:r>
      <w:r w:rsidRPr="007B185A">
        <w:rPr>
          <w:b/>
          <w:sz w:val="30"/>
        </w:rPr>
        <w:br/>
      </w:r>
      <w:proofErr w:type="spellStart"/>
      <w:r w:rsidRPr="007B185A">
        <w:rPr>
          <w:b/>
          <w:sz w:val="30"/>
        </w:rPr>
        <w:t>Зимски</w:t>
      </w:r>
      <w:proofErr w:type="spellEnd"/>
      <w:r w:rsidRPr="007B185A">
        <w:rPr>
          <w:b/>
          <w:sz w:val="30"/>
        </w:rPr>
        <w:t xml:space="preserve"> </w:t>
      </w:r>
      <w:proofErr w:type="spellStart"/>
      <w:r w:rsidRPr="007B185A">
        <w:rPr>
          <w:b/>
          <w:sz w:val="30"/>
        </w:rPr>
        <w:t>семестар</w:t>
      </w:r>
      <w:proofErr w:type="spellEnd"/>
      <w:r w:rsidRPr="007B185A">
        <w:rPr>
          <w:b/>
          <w:sz w:val="30"/>
          <w:lang w:val="sr-Cyrl-RS"/>
        </w:rPr>
        <w:t xml:space="preserve">- основне академске студије </w:t>
      </w:r>
    </w:p>
    <w:p w14:paraId="5E74BEC6" w14:textId="77777777" w:rsidR="006614CB" w:rsidRDefault="007B185A" w:rsidP="007B185A">
      <w:pPr>
        <w:jc w:val="center"/>
      </w:pPr>
      <w:r>
        <w:rPr>
          <w:b/>
          <w:sz w:val="24"/>
        </w:rPr>
        <w:t>I ГОДИНА — I СЕМЕСТАР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3"/>
        <w:gridCol w:w="1504"/>
        <w:gridCol w:w="4227"/>
        <w:gridCol w:w="1263"/>
      </w:tblGrid>
      <w:tr w:rsidR="003278C7" w14:paraId="0FD3BAB4" w14:textId="77777777" w:rsidTr="003278C7">
        <w:trPr>
          <w:jc w:val="center"/>
        </w:trPr>
        <w:tc>
          <w:tcPr>
            <w:tcW w:w="1393" w:type="dxa"/>
            <w:shd w:val="clear" w:color="auto" w:fill="D9EAF7"/>
            <w:vAlign w:val="center"/>
          </w:tcPr>
          <w:p w14:paraId="3FC78D1E" w14:textId="77777777" w:rsidR="003278C7" w:rsidRDefault="003278C7">
            <w:pPr>
              <w:jc w:val="center"/>
            </w:pPr>
            <w:r>
              <w:rPr>
                <w:b/>
                <w:sz w:val="18"/>
              </w:rPr>
              <w:t>Дан</w:t>
            </w:r>
          </w:p>
        </w:tc>
        <w:tc>
          <w:tcPr>
            <w:tcW w:w="1504" w:type="dxa"/>
            <w:shd w:val="clear" w:color="auto" w:fill="D9EAF7"/>
            <w:vAlign w:val="center"/>
          </w:tcPr>
          <w:p w14:paraId="657D93E9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Време</w:t>
            </w:r>
            <w:proofErr w:type="spellEnd"/>
          </w:p>
        </w:tc>
        <w:tc>
          <w:tcPr>
            <w:tcW w:w="4227" w:type="dxa"/>
            <w:shd w:val="clear" w:color="auto" w:fill="D9EAF7"/>
            <w:vAlign w:val="center"/>
          </w:tcPr>
          <w:p w14:paraId="1DA02D95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Предмет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вид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наставе</w:t>
            </w:r>
            <w:proofErr w:type="spellEnd"/>
          </w:p>
        </w:tc>
        <w:tc>
          <w:tcPr>
            <w:tcW w:w="1263" w:type="dxa"/>
            <w:shd w:val="clear" w:color="auto" w:fill="D9EAF7"/>
            <w:vAlign w:val="center"/>
          </w:tcPr>
          <w:p w14:paraId="45E8D22C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Сала</w:t>
            </w:r>
            <w:proofErr w:type="spellEnd"/>
          </w:p>
        </w:tc>
      </w:tr>
      <w:tr w:rsidR="003278C7" w14:paraId="42838D89" w14:textId="77777777" w:rsidTr="003278C7">
        <w:trPr>
          <w:jc w:val="center"/>
        </w:trPr>
        <w:tc>
          <w:tcPr>
            <w:tcW w:w="1393" w:type="dxa"/>
            <w:vAlign w:val="center"/>
          </w:tcPr>
          <w:p w14:paraId="48AE4144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Понедељак</w:t>
            </w:r>
            <w:proofErr w:type="spellEnd"/>
          </w:p>
        </w:tc>
        <w:tc>
          <w:tcPr>
            <w:tcW w:w="1504" w:type="dxa"/>
            <w:vAlign w:val="center"/>
          </w:tcPr>
          <w:p w14:paraId="600A982E" w14:textId="77777777" w:rsidR="003278C7" w:rsidRDefault="003278C7">
            <w:pPr>
              <w:jc w:val="center"/>
            </w:pPr>
            <w:r>
              <w:rPr>
                <w:sz w:val="18"/>
              </w:rPr>
              <w:t>09:00–10:35</w:t>
            </w:r>
          </w:p>
        </w:tc>
        <w:tc>
          <w:tcPr>
            <w:tcW w:w="4227" w:type="dxa"/>
            <w:vAlign w:val="center"/>
          </w:tcPr>
          <w:p w14:paraId="117D0BAF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Математика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економисте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63" w:type="dxa"/>
            <w:vAlign w:val="center"/>
          </w:tcPr>
          <w:p w14:paraId="00BBDFC1" w14:textId="3C27EEE0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Кабинет</w:t>
            </w:r>
            <w:proofErr w:type="spellEnd"/>
            <w:r>
              <w:rPr>
                <w:sz w:val="18"/>
              </w:rPr>
              <w:t xml:space="preserve"> </w:t>
            </w:r>
            <w:r w:rsidR="004E1348">
              <w:rPr>
                <w:sz w:val="18"/>
              </w:rPr>
              <w:t>3</w:t>
            </w:r>
          </w:p>
        </w:tc>
      </w:tr>
      <w:tr w:rsidR="003278C7" w14:paraId="479844EB" w14:textId="77777777" w:rsidTr="003278C7">
        <w:trPr>
          <w:jc w:val="center"/>
        </w:trPr>
        <w:tc>
          <w:tcPr>
            <w:tcW w:w="1393" w:type="dxa"/>
            <w:vAlign w:val="center"/>
          </w:tcPr>
          <w:p w14:paraId="4BD990DE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Понедељак</w:t>
            </w:r>
            <w:proofErr w:type="spellEnd"/>
          </w:p>
        </w:tc>
        <w:tc>
          <w:tcPr>
            <w:tcW w:w="1504" w:type="dxa"/>
            <w:vAlign w:val="center"/>
          </w:tcPr>
          <w:p w14:paraId="7497809E" w14:textId="4A765739" w:rsidR="003278C7" w:rsidRDefault="003278C7">
            <w:pPr>
              <w:jc w:val="center"/>
            </w:pPr>
            <w:r>
              <w:rPr>
                <w:sz w:val="18"/>
              </w:rPr>
              <w:t>11:00–12:35</w:t>
            </w:r>
          </w:p>
        </w:tc>
        <w:tc>
          <w:tcPr>
            <w:tcW w:w="4227" w:type="dxa"/>
            <w:vAlign w:val="center"/>
          </w:tcPr>
          <w:p w14:paraId="732E23C8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Математика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економисте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63" w:type="dxa"/>
            <w:vAlign w:val="center"/>
          </w:tcPr>
          <w:p w14:paraId="769EDD2F" w14:textId="23A7F1E6" w:rsidR="003278C7" w:rsidRPr="00A53072" w:rsidRDefault="003278C7">
            <w:pPr>
              <w:jc w:val="center"/>
              <w:rPr>
                <w:lang w:val="sr-Cyrl-RS"/>
              </w:rPr>
            </w:pPr>
            <w:proofErr w:type="spellStart"/>
            <w:r>
              <w:rPr>
                <w:sz w:val="18"/>
              </w:rPr>
              <w:t>Кабинет</w:t>
            </w:r>
            <w:proofErr w:type="spellEnd"/>
            <w:r>
              <w:rPr>
                <w:sz w:val="18"/>
              </w:rPr>
              <w:t xml:space="preserve"> </w:t>
            </w:r>
            <w:r w:rsidR="004E1348">
              <w:rPr>
                <w:sz w:val="18"/>
              </w:rPr>
              <w:t>3</w:t>
            </w:r>
          </w:p>
        </w:tc>
      </w:tr>
      <w:tr w:rsidR="003278C7" w14:paraId="3A850338" w14:textId="77777777" w:rsidTr="003278C7">
        <w:trPr>
          <w:jc w:val="center"/>
        </w:trPr>
        <w:tc>
          <w:tcPr>
            <w:tcW w:w="1393" w:type="dxa"/>
            <w:vAlign w:val="center"/>
          </w:tcPr>
          <w:p w14:paraId="3798B421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Уторак</w:t>
            </w:r>
            <w:proofErr w:type="spellEnd"/>
          </w:p>
        </w:tc>
        <w:tc>
          <w:tcPr>
            <w:tcW w:w="1504" w:type="dxa"/>
            <w:vAlign w:val="center"/>
          </w:tcPr>
          <w:p w14:paraId="784317C6" w14:textId="77777777" w:rsidR="003278C7" w:rsidRDefault="003278C7">
            <w:pPr>
              <w:jc w:val="center"/>
            </w:pPr>
            <w:r>
              <w:rPr>
                <w:sz w:val="18"/>
              </w:rPr>
              <w:t>09:00–11:35</w:t>
            </w:r>
          </w:p>
        </w:tc>
        <w:tc>
          <w:tcPr>
            <w:tcW w:w="4227" w:type="dxa"/>
            <w:vAlign w:val="center"/>
          </w:tcPr>
          <w:p w14:paraId="40F3F334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Макроекономија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63" w:type="dxa"/>
            <w:vAlign w:val="center"/>
          </w:tcPr>
          <w:p w14:paraId="65E91985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Кабинет</w:t>
            </w:r>
            <w:proofErr w:type="spellEnd"/>
            <w:r>
              <w:rPr>
                <w:sz w:val="18"/>
              </w:rPr>
              <w:t xml:space="preserve"> 5</w:t>
            </w:r>
          </w:p>
        </w:tc>
      </w:tr>
      <w:tr w:rsidR="003278C7" w14:paraId="59754F8F" w14:textId="77777777" w:rsidTr="003278C7">
        <w:trPr>
          <w:jc w:val="center"/>
        </w:trPr>
        <w:tc>
          <w:tcPr>
            <w:tcW w:w="1393" w:type="dxa"/>
            <w:vAlign w:val="center"/>
          </w:tcPr>
          <w:p w14:paraId="1BD95782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Уторак</w:t>
            </w:r>
            <w:proofErr w:type="spellEnd"/>
          </w:p>
        </w:tc>
        <w:tc>
          <w:tcPr>
            <w:tcW w:w="1504" w:type="dxa"/>
            <w:vAlign w:val="center"/>
          </w:tcPr>
          <w:p w14:paraId="7BFED9BC" w14:textId="77777777" w:rsidR="003278C7" w:rsidRDefault="003278C7">
            <w:pPr>
              <w:jc w:val="center"/>
            </w:pPr>
            <w:r>
              <w:rPr>
                <w:sz w:val="18"/>
              </w:rPr>
              <w:t>12:00–14:35</w:t>
            </w:r>
          </w:p>
        </w:tc>
        <w:tc>
          <w:tcPr>
            <w:tcW w:w="4227" w:type="dxa"/>
            <w:vAlign w:val="center"/>
          </w:tcPr>
          <w:p w14:paraId="7AF3F462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Макроекономија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63" w:type="dxa"/>
            <w:vAlign w:val="center"/>
          </w:tcPr>
          <w:p w14:paraId="40E2D795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Кабинет</w:t>
            </w:r>
            <w:proofErr w:type="spellEnd"/>
            <w:r>
              <w:rPr>
                <w:sz w:val="18"/>
              </w:rPr>
              <w:t xml:space="preserve"> 5</w:t>
            </w:r>
          </w:p>
        </w:tc>
      </w:tr>
      <w:tr w:rsidR="003278C7" w14:paraId="0B8AB636" w14:textId="77777777" w:rsidTr="006951A0">
        <w:trPr>
          <w:jc w:val="center"/>
        </w:trPr>
        <w:tc>
          <w:tcPr>
            <w:tcW w:w="1393" w:type="dxa"/>
            <w:shd w:val="clear" w:color="auto" w:fill="F2F2F2" w:themeFill="background1" w:themeFillShade="F2"/>
            <w:vAlign w:val="center"/>
          </w:tcPr>
          <w:p w14:paraId="047A1864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Среда</w:t>
            </w:r>
            <w:proofErr w:type="spellEnd"/>
          </w:p>
        </w:tc>
        <w:tc>
          <w:tcPr>
            <w:tcW w:w="1504" w:type="dxa"/>
            <w:shd w:val="clear" w:color="auto" w:fill="F2F2F2" w:themeFill="background1" w:themeFillShade="F2"/>
            <w:vAlign w:val="center"/>
          </w:tcPr>
          <w:p w14:paraId="5B0655F8" w14:textId="13A00591" w:rsidR="003278C7" w:rsidRPr="006951A0" w:rsidRDefault="006951A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4227" w:type="dxa"/>
            <w:shd w:val="clear" w:color="auto" w:fill="F2F2F2" w:themeFill="background1" w:themeFillShade="F2"/>
            <w:vAlign w:val="center"/>
          </w:tcPr>
          <w:p w14:paraId="1D1CFA4A" w14:textId="0AC91F7D" w:rsidR="003278C7" w:rsidRPr="006951A0" w:rsidRDefault="0087222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слободан</w:t>
            </w:r>
          </w:p>
        </w:tc>
        <w:tc>
          <w:tcPr>
            <w:tcW w:w="1263" w:type="dxa"/>
            <w:shd w:val="clear" w:color="auto" w:fill="F2F2F2" w:themeFill="background1" w:themeFillShade="F2"/>
            <w:vAlign w:val="center"/>
          </w:tcPr>
          <w:p w14:paraId="443DA25E" w14:textId="5D87C6F2" w:rsidR="003278C7" w:rsidRPr="006951A0" w:rsidRDefault="006951A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3278C7" w14:paraId="6F7238D9" w14:textId="77777777" w:rsidTr="003278C7">
        <w:trPr>
          <w:jc w:val="center"/>
        </w:trPr>
        <w:tc>
          <w:tcPr>
            <w:tcW w:w="1393" w:type="dxa"/>
            <w:vAlign w:val="center"/>
          </w:tcPr>
          <w:p w14:paraId="2A43E85A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Четвртак</w:t>
            </w:r>
            <w:proofErr w:type="spellEnd"/>
          </w:p>
        </w:tc>
        <w:tc>
          <w:tcPr>
            <w:tcW w:w="1504" w:type="dxa"/>
            <w:vAlign w:val="center"/>
          </w:tcPr>
          <w:p w14:paraId="0A359A1E" w14:textId="77777777" w:rsidR="003278C7" w:rsidRDefault="003278C7">
            <w:pPr>
              <w:jc w:val="center"/>
            </w:pPr>
            <w:r>
              <w:rPr>
                <w:sz w:val="18"/>
              </w:rPr>
              <w:t>09:00–10:35</w:t>
            </w:r>
          </w:p>
        </w:tc>
        <w:tc>
          <w:tcPr>
            <w:tcW w:w="4227" w:type="dxa"/>
            <w:vAlign w:val="center"/>
          </w:tcPr>
          <w:p w14:paraId="45662712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Информатика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63" w:type="dxa"/>
            <w:vAlign w:val="center"/>
          </w:tcPr>
          <w:p w14:paraId="4168E050" w14:textId="77777777" w:rsidR="003278C7" w:rsidRDefault="003278C7">
            <w:pPr>
              <w:jc w:val="center"/>
            </w:pPr>
            <w:r>
              <w:rPr>
                <w:sz w:val="18"/>
              </w:rPr>
              <w:t>MK1</w:t>
            </w:r>
          </w:p>
        </w:tc>
      </w:tr>
      <w:tr w:rsidR="003278C7" w14:paraId="74B498D1" w14:textId="77777777" w:rsidTr="003278C7">
        <w:trPr>
          <w:jc w:val="center"/>
        </w:trPr>
        <w:tc>
          <w:tcPr>
            <w:tcW w:w="1393" w:type="dxa"/>
            <w:vAlign w:val="center"/>
          </w:tcPr>
          <w:p w14:paraId="0BFBCA3B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Четвртак</w:t>
            </w:r>
            <w:proofErr w:type="spellEnd"/>
          </w:p>
        </w:tc>
        <w:tc>
          <w:tcPr>
            <w:tcW w:w="1504" w:type="dxa"/>
            <w:vAlign w:val="center"/>
          </w:tcPr>
          <w:p w14:paraId="5589F467" w14:textId="1F6336A8" w:rsidR="003278C7" w:rsidRDefault="003278C7">
            <w:pPr>
              <w:jc w:val="center"/>
            </w:pPr>
            <w:r>
              <w:rPr>
                <w:sz w:val="18"/>
              </w:rPr>
              <w:t>11:00–13:35</w:t>
            </w:r>
          </w:p>
        </w:tc>
        <w:tc>
          <w:tcPr>
            <w:tcW w:w="4227" w:type="dxa"/>
            <w:vAlign w:val="center"/>
          </w:tcPr>
          <w:p w14:paraId="2871EB63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Информатика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63" w:type="dxa"/>
            <w:vAlign w:val="center"/>
          </w:tcPr>
          <w:p w14:paraId="3CCF386E" w14:textId="77777777" w:rsidR="003278C7" w:rsidRDefault="003278C7">
            <w:pPr>
              <w:jc w:val="center"/>
            </w:pPr>
            <w:r>
              <w:rPr>
                <w:sz w:val="18"/>
              </w:rPr>
              <w:t>MK1</w:t>
            </w:r>
          </w:p>
        </w:tc>
      </w:tr>
      <w:tr w:rsidR="006951A0" w14:paraId="514BE889" w14:textId="77777777" w:rsidTr="006951A0">
        <w:trPr>
          <w:jc w:val="center"/>
        </w:trPr>
        <w:tc>
          <w:tcPr>
            <w:tcW w:w="1393" w:type="dxa"/>
            <w:shd w:val="clear" w:color="auto" w:fill="FFFFFF" w:themeFill="background1"/>
            <w:vAlign w:val="center"/>
          </w:tcPr>
          <w:p w14:paraId="4F57875B" w14:textId="77777777" w:rsidR="006951A0" w:rsidRDefault="006951A0" w:rsidP="006951A0">
            <w:pPr>
              <w:jc w:val="center"/>
            </w:pPr>
            <w:proofErr w:type="spellStart"/>
            <w:r>
              <w:rPr>
                <w:sz w:val="18"/>
              </w:rPr>
              <w:t>Петак</w:t>
            </w:r>
            <w:proofErr w:type="spellEnd"/>
          </w:p>
        </w:tc>
        <w:tc>
          <w:tcPr>
            <w:tcW w:w="1504" w:type="dxa"/>
            <w:shd w:val="clear" w:color="auto" w:fill="FFFFFF" w:themeFill="background1"/>
            <w:vAlign w:val="center"/>
          </w:tcPr>
          <w:p w14:paraId="6BF08A98" w14:textId="787FF64D" w:rsidR="006951A0" w:rsidRDefault="006951A0" w:rsidP="006951A0">
            <w:pPr>
              <w:jc w:val="center"/>
            </w:pPr>
            <w:r>
              <w:rPr>
                <w:sz w:val="18"/>
              </w:rPr>
              <w:t>09:00–11:35</w:t>
            </w:r>
          </w:p>
        </w:tc>
        <w:tc>
          <w:tcPr>
            <w:tcW w:w="4227" w:type="dxa"/>
            <w:shd w:val="clear" w:color="auto" w:fill="FFFFFF" w:themeFill="background1"/>
            <w:vAlign w:val="center"/>
          </w:tcPr>
          <w:p w14:paraId="0601CF93" w14:textId="3871CC03" w:rsidR="006951A0" w:rsidRDefault="006951A0" w:rsidP="006951A0">
            <w:pPr>
              <w:jc w:val="center"/>
            </w:pPr>
            <w:proofErr w:type="spellStart"/>
            <w:r>
              <w:rPr>
                <w:sz w:val="18"/>
              </w:rPr>
              <w:t>Основи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менаџмента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63" w:type="dxa"/>
            <w:shd w:val="clear" w:color="auto" w:fill="FFFFFF" w:themeFill="background1"/>
            <w:vAlign w:val="center"/>
          </w:tcPr>
          <w:p w14:paraId="1D5E9A23" w14:textId="7095CBE4" w:rsidR="006951A0" w:rsidRDefault="006951A0" w:rsidP="006951A0">
            <w:pPr>
              <w:jc w:val="center"/>
            </w:pPr>
            <w:proofErr w:type="spellStart"/>
            <w:r>
              <w:rPr>
                <w:sz w:val="18"/>
              </w:rPr>
              <w:t>Кабинет</w:t>
            </w:r>
            <w:proofErr w:type="spellEnd"/>
            <w:r>
              <w:rPr>
                <w:sz w:val="18"/>
              </w:rPr>
              <w:t xml:space="preserve"> 5</w:t>
            </w:r>
          </w:p>
        </w:tc>
      </w:tr>
      <w:tr w:rsidR="006951A0" w14:paraId="2F37B24A" w14:textId="77777777" w:rsidTr="006951A0">
        <w:trPr>
          <w:jc w:val="center"/>
        </w:trPr>
        <w:tc>
          <w:tcPr>
            <w:tcW w:w="1393" w:type="dxa"/>
            <w:shd w:val="clear" w:color="auto" w:fill="FFFFFF" w:themeFill="background1"/>
            <w:vAlign w:val="center"/>
          </w:tcPr>
          <w:p w14:paraId="08C0ABC8" w14:textId="2360AE95" w:rsidR="006951A0" w:rsidRDefault="006951A0" w:rsidP="006951A0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Петак</w:t>
            </w:r>
            <w:proofErr w:type="spellEnd"/>
          </w:p>
        </w:tc>
        <w:tc>
          <w:tcPr>
            <w:tcW w:w="1504" w:type="dxa"/>
            <w:shd w:val="clear" w:color="auto" w:fill="FFFFFF" w:themeFill="background1"/>
            <w:vAlign w:val="center"/>
          </w:tcPr>
          <w:p w14:paraId="628AD698" w14:textId="6018DF42" w:rsidR="006951A0" w:rsidRDefault="006951A0" w:rsidP="006951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12:00–14:35</w:t>
            </w:r>
          </w:p>
        </w:tc>
        <w:tc>
          <w:tcPr>
            <w:tcW w:w="4227" w:type="dxa"/>
            <w:shd w:val="clear" w:color="auto" w:fill="FFFFFF" w:themeFill="background1"/>
            <w:vAlign w:val="center"/>
          </w:tcPr>
          <w:p w14:paraId="0357753E" w14:textId="3DBBD44E" w:rsidR="006951A0" w:rsidRDefault="006951A0" w:rsidP="006951A0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Основи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менаџмента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63" w:type="dxa"/>
            <w:shd w:val="clear" w:color="auto" w:fill="FFFFFF" w:themeFill="background1"/>
            <w:vAlign w:val="center"/>
          </w:tcPr>
          <w:p w14:paraId="4D396DD7" w14:textId="69CC77B2" w:rsidR="006951A0" w:rsidRDefault="006951A0" w:rsidP="006951A0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Кабинет</w:t>
            </w:r>
            <w:proofErr w:type="spellEnd"/>
            <w:r>
              <w:rPr>
                <w:sz w:val="18"/>
              </w:rPr>
              <w:t xml:space="preserve"> 5</w:t>
            </w:r>
          </w:p>
        </w:tc>
      </w:tr>
    </w:tbl>
    <w:p w14:paraId="6824B5F8" w14:textId="77777777" w:rsidR="006614CB" w:rsidRDefault="006614CB"/>
    <w:p w14:paraId="6365E201" w14:textId="77777777" w:rsidR="006614CB" w:rsidRDefault="007B185A" w:rsidP="007B185A">
      <w:pPr>
        <w:jc w:val="center"/>
      </w:pPr>
      <w:r>
        <w:rPr>
          <w:b/>
          <w:sz w:val="24"/>
        </w:rPr>
        <w:t>II ГОДИНА — III СЕМЕСТАР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6"/>
        <w:gridCol w:w="1509"/>
        <w:gridCol w:w="4248"/>
        <w:gridCol w:w="1241"/>
      </w:tblGrid>
      <w:tr w:rsidR="003278C7" w14:paraId="6063AF83" w14:textId="77777777" w:rsidTr="003278C7">
        <w:trPr>
          <w:jc w:val="center"/>
        </w:trPr>
        <w:tc>
          <w:tcPr>
            <w:tcW w:w="1396" w:type="dxa"/>
            <w:shd w:val="clear" w:color="auto" w:fill="D9EAF7"/>
            <w:vAlign w:val="center"/>
          </w:tcPr>
          <w:p w14:paraId="569C2451" w14:textId="77777777" w:rsidR="003278C7" w:rsidRDefault="003278C7">
            <w:pPr>
              <w:jc w:val="center"/>
            </w:pPr>
            <w:r>
              <w:rPr>
                <w:b/>
                <w:sz w:val="18"/>
              </w:rPr>
              <w:t>Дан</w:t>
            </w:r>
          </w:p>
        </w:tc>
        <w:tc>
          <w:tcPr>
            <w:tcW w:w="1509" w:type="dxa"/>
            <w:shd w:val="clear" w:color="auto" w:fill="D9EAF7"/>
            <w:vAlign w:val="center"/>
          </w:tcPr>
          <w:p w14:paraId="3F2A1D1B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Време</w:t>
            </w:r>
            <w:proofErr w:type="spellEnd"/>
          </w:p>
        </w:tc>
        <w:tc>
          <w:tcPr>
            <w:tcW w:w="4248" w:type="dxa"/>
            <w:shd w:val="clear" w:color="auto" w:fill="D9EAF7"/>
            <w:vAlign w:val="center"/>
          </w:tcPr>
          <w:p w14:paraId="4DAB5AF1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Предмет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вид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наставе</w:t>
            </w:r>
            <w:proofErr w:type="spellEnd"/>
          </w:p>
        </w:tc>
        <w:tc>
          <w:tcPr>
            <w:tcW w:w="1241" w:type="dxa"/>
            <w:shd w:val="clear" w:color="auto" w:fill="D9EAF7"/>
            <w:vAlign w:val="center"/>
          </w:tcPr>
          <w:p w14:paraId="63A231F7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Сала</w:t>
            </w:r>
            <w:proofErr w:type="spellEnd"/>
          </w:p>
        </w:tc>
      </w:tr>
      <w:tr w:rsidR="003278C7" w14:paraId="44A52AFA" w14:textId="77777777" w:rsidTr="003278C7">
        <w:trPr>
          <w:jc w:val="center"/>
        </w:trPr>
        <w:tc>
          <w:tcPr>
            <w:tcW w:w="1396" w:type="dxa"/>
            <w:vAlign w:val="center"/>
          </w:tcPr>
          <w:p w14:paraId="6B512C2C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Понедељак</w:t>
            </w:r>
            <w:proofErr w:type="spellEnd"/>
          </w:p>
        </w:tc>
        <w:tc>
          <w:tcPr>
            <w:tcW w:w="1509" w:type="dxa"/>
            <w:vAlign w:val="center"/>
          </w:tcPr>
          <w:p w14:paraId="2418904B" w14:textId="77777777" w:rsidR="003278C7" w:rsidRDefault="003278C7">
            <w:pPr>
              <w:jc w:val="center"/>
            </w:pPr>
            <w:r>
              <w:rPr>
                <w:sz w:val="18"/>
              </w:rPr>
              <w:t>09:00–11:35</w:t>
            </w:r>
          </w:p>
        </w:tc>
        <w:tc>
          <w:tcPr>
            <w:tcW w:w="4248" w:type="dxa"/>
            <w:vAlign w:val="center"/>
          </w:tcPr>
          <w:p w14:paraId="5D644DE8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Микроекономија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1" w:type="dxa"/>
            <w:vAlign w:val="center"/>
          </w:tcPr>
          <w:p w14:paraId="64C3BFE2" w14:textId="77777777" w:rsidR="003278C7" w:rsidRDefault="003278C7">
            <w:pPr>
              <w:jc w:val="center"/>
            </w:pPr>
            <w:r>
              <w:rPr>
                <w:sz w:val="18"/>
              </w:rPr>
              <w:t>SP</w:t>
            </w:r>
          </w:p>
        </w:tc>
      </w:tr>
      <w:tr w:rsidR="003278C7" w14:paraId="7466FAB4" w14:textId="77777777" w:rsidTr="003278C7">
        <w:trPr>
          <w:jc w:val="center"/>
        </w:trPr>
        <w:tc>
          <w:tcPr>
            <w:tcW w:w="1396" w:type="dxa"/>
            <w:vAlign w:val="center"/>
          </w:tcPr>
          <w:p w14:paraId="0F6E858D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Понедељак</w:t>
            </w:r>
            <w:proofErr w:type="spellEnd"/>
          </w:p>
        </w:tc>
        <w:tc>
          <w:tcPr>
            <w:tcW w:w="1509" w:type="dxa"/>
            <w:vAlign w:val="center"/>
          </w:tcPr>
          <w:p w14:paraId="1E0625B3" w14:textId="77777777" w:rsidR="003278C7" w:rsidRDefault="003278C7">
            <w:pPr>
              <w:jc w:val="center"/>
            </w:pPr>
            <w:r>
              <w:rPr>
                <w:sz w:val="18"/>
              </w:rPr>
              <w:t>12:00–13:35</w:t>
            </w:r>
          </w:p>
        </w:tc>
        <w:tc>
          <w:tcPr>
            <w:tcW w:w="4248" w:type="dxa"/>
            <w:vAlign w:val="center"/>
          </w:tcPr>
          <w:p w14:paraId="6CE115B2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Микроекономија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1" w:type="dxa"/>
            <w:vAlign w:val="center"/>
          </w:tcPr>
          <w:p w14:paraId="3048D02C" w14:textId="77777777" w:rsidR="003278C7" w:rsidRDefault="003278C7">
            <w:pPr>
              <w:jc w:val="center"/>
            </w:pPr>
            <w:r>
              <w:rPr>
                <w:sz w:val="18"/>
              </w:rPr>
              <w:t>SP</w:t>
            </w:r>
          </w:p>
        </w:tc>
      </w:tr>
      <w:tr w:rsidR="003278C7" w14:paraId="2BEA2E8C" w14:textId="77777777" w:rsidTr="000C1119">
        <w:trPr>
          <w:jc w:val="center"/>
        </w:trPr>
        <w:tc>
          <w:tcPr>
            <w:tcW w:w="1396" w:type="dxa"/>
            <w:shd w:val="clear" w:color="auto" w:fill="F2F2F2" w:themeFill="background1" w:themeFillShade="F2"/>
            <w:vAlign w:val="center"/>
          </w:tcPr>
          <w:p w14:paraId="2DACB99D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Уторак</w:t>
            </w:r>
            <w:proofErr w:type="spellEnd"/>
          </w:p>
        </w:tc>
        <w:tc>
          <w:tcPr>
            <w:tcW w:w="1509" w:type="dxa"/>
            <w:shd w:val="clear" w:color="auto" w:fill="F2F2F2" w:themeFill="background1" w:themeFillShade="F2"/>
            <w:vAlign w:val="center"/>
          </w:tcPr>
          <w:p w14:paraId="56597701" w14:textId="125E3F00" w:rsidR="003278C7" w:rsidRPr="000C1119" w:rsidRDefault="000C1119" w:rsidP="000C111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41373954" w14:textId="20655BA4" w:rsidR="003278C7" w:rsidRPr="000C1119" w:rsidRDefault="000C111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слободан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3BD31570" w14:textId="01786E0A" w:rsidR="003278C7" w:rsidRPr="000C1119" w:rsidRDefault="000C1119" w:rsidP="000C111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0C1119" w14:paraId="4AC6F77C" w14:textId="77777777" w:rsidTr="003278C7">
        <w:trPr>
          <w:jc w:val="center"/>
        </w:trPr>
        <w:tc>
          <w:tcPr>
            <w:tcW w:w="1396" w:type="dxa"/>
            <w:vAlign w:val="center"/>
          </w:tcPr>
          <w:p w14:paraId="08593E04" w14:textId="77777777" w:rsidR="000C1119" w:rsidRDefault="000C1119" w:rsidP="000C1119">
            <w:pPr>
              <w:jc w:val="center"/>
            </w:pPr>
            <w:proofErr w:type="spellStart"/>
            <w:r>
              <w:rPr>
                <w:sz w:val="18"/>
              </w:rPr>
              <w:t>Среда</w:t>
            </w:r>
            <w:proofErr w:type="spellEnd"/>
          </w:p>
        </w:tc>
        <w:tc>
          <w:tcPr>
            <w:tcW w:w="1509" w:type="dxa"/>
            <w:vAlign w:val="center"/>
          </w:tcPr>
          <w:p w14:paraId="62ACCCEF" w14:textId="77777777" w:rsidR="000C1119" w:rsidRDefault="000C1119" w:rsidP="000C1119">
            <w:pPr>
              <w:jc w:val="center"/>
            </w:pPr>
            <w:r>
              <w:rPr>
                <w:sz w:val="18"/>
              </w:rPr>
              <w:t>09:00–10:35</w:t>
            </w:r>
          </w:p>
        </w:tc>
        <w:tc>
          <w:tcPr>
            <w:tcW w:w="4248" w:type="dxa"/>
            <w:vAlign w:val="center"/>
          </w:tcPr>
          <w:p w14:paraId="1A3ED07B" w14:textId="2CF21894" w:rsidR="000C1119" w:rsidRDefault="000C1119" w:rsidP="000C1119">
            <w:pPr>
              <w:jc w:val="center"/>
            </w:pPr>
            <w:proofErr w:type="spellStart"/>
            <w:r>
              <w:rPr>
                <w:sz w:val="18"/>
              </w:rPr>
              <w:t>Маркетинг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1" w:type="dxa"/>
            <w:vAlign w:val="center"/>
          </w:tcPr>
          <w:p w14:paraId="42A83A07" w14:textId="77777777" w:rsidR="000C1119" w:rsidRDefault="000C1119" w:rsidP="000C1119">
            <w:pPr>
              <w:jc w:val="center"/>
            </w:pPr>
            <w:r>
              <w:rPr>
                <w:sz w:val="18"/>
              </w:rPr>
              <w:t>SP</w:t>
            </w:r>
          </w:p>
        </w:tc>
      </w:tr>
      <w:tr w:rsidR="000C1119" w14:paraId="02B9B42E" w14:textId="77777777" w:rsidTr="003278C7">
        <w:trPr>
          <w:jc w:val="center"/>
        </w:trPr>
        <w:tc>
          <w:tcPr>
            <w:tcW w:w="1396" w:type="dxa"/>
            <w:vAlign w:val="center"/>
          </w:tcPr>
          <w:p w14:paraId="4E111AD3" w14:textId="77777777" w:rsidR="000C1119" w:rsidRDefault="000C1119" w:rsidP="000C1119">
            <w:pPr>
              <w:jc w:val="center"/>
            </w:pPr>
            <w:proofErr w:type="spellStart"/>
            <w:r>
              <w:rPr>
                <w:sz w:val="18"/>
              </w:rPr>
              <w:t>Среда</w:t>
            </w:r>
            <w:proofErr w:type="spellEnd"/>
          </w:p>
        </w:tc>
        <w:tc>
          <w:tcPr>
            <w:tcW w:w="1509" w:type="dxa"/>
            <w:vAlign w:val="center"/>
          </w:tcPr>
          <w:p w14:paraId="013EF523" w14:textId="4A3C34BD" w:rsidR="000C1119" w:rsidRDefault="000C1119" w:rsidP="000C1119">
            <w:pPr>
              <w:jc w:val="center"/>
            </w:pPr>
            <w:r>
              <w:rPr>
                <w:sz w:val="18"/>
              </w:rPr>
              <w:t>11:00–13:35</w:t>
            </w:r>
          </w:p>
        </w:tc>
        <w:tc>
          <w:tcPr>
            <w:tcW w:w="4248" w:type="dxa"/>
            <w:vAlign w:val="center"/>
          </w:tcPr>
          <w:p w14:paraId="674EE314" w14:textId="176F7216" w:rsidR="000C1119" w:rsidRDefault="000C1119" w:rsidP="000C1119">
            <w:pPr>
              <w:jc w:val="center"/>
            </w:pPr>
            <w:proofErr w:type="spellStart"/>
            <w:r>
              <w:rPr>
                <w:sz w:val="18"/>
              </w:rPr>
              <w:t>Маркетинг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1" w:type="dxa"/>
            <w:vAlign w:val="center"/>
          </w:tcPr>
          <w:p w14:paraId="05C8C852" w14:textId="77777777" w:rsidR="000C1119" w:rsidRDefault="000C1119" w:rsidP="000C1119">
            <w:pPr>
              <w:jc w:val="center"/>
            </w:pPr>
            <w:r>
              <w:rPr>
                <w:sz w:val="18"/>
              </w:rPr>
              <w:t>SP</w:t>
            </w:r>
          </w:p>
        </w:tc>
      </w:tr>
      <w:tr w:rsidR="003278C7" w14:paraId="7434F8DF" w14:textId="77777777" w:rsidTr="003278C7">
        <w:trPr>
          <w:jc w:val="center"/>
        </w:trPr>
        <w:tc>
          <w:tcPr>
            <w:tcW w:w="1396" w:type="dxa"/>
            <w:vAlign w:val="center"/>
          </w:tcPr>
          <w:p w14:paraId="2941F9A4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Четвртак</w:t>
            </w:r>
            <w:proofErr w:type="spellEnd"/>
          </w:p>
        </w:tc>
        <w:tc>
          <w:tcPr>
            <w:tcW w:w="1509" w:type="dxa"/>
            <w:vAlign w:val="center"/>
          </w:tcPr>
          <w:p w14:paraId="6312D382" w14:textId="77777777" w:rsidR="003278C7" w:rsidRDefault="003278C7">
            <w:pPr>
              <w:jc w:val="center"/>
            </w:pPr>
            <w:r>
              <w:rPr>
                <w:sz w:val="18"/>
              </w:rPr>
              <w:t>09:00–10:35</w:t>
            </w:r>
          </w:p>
        </w:tc>
        <w:tc>
          <w:tcPr>
            <w:tcW w:w="4248" w:type="dxa"/>
            <w:vAlign w:val="center"/>
          </w:tcPr>
          <w:p w14:paraId="64490548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Пословно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право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1" w:type="dxa"/>
            <w:vAlign w:val="center"/>
          </w:tcPr>
          <w:p w14:paraId="56BEE3C6" w14:textId="77777777" w:rsidR="003278C7" w:rsidRDefault="003278C7">
            <w:pPr>
              <w:jc w:val="center"/>
            </w:pPr>
            <w:r>
              <w:rPr>
                <w:sz w:val="18"/>
              </w:rPr>
              <w:t>SP</w:t>
            </w:r>
          </w:p>
        </w:tc>
      </w:tr>
      <w:tr w:rsidR="003278C7" w14:paraId="6DC36E30" w14:textId="77777777" w:rsidTr="003278C7">
        <w:trPr>
          <w:trHeight w:val="150"/>
          <w:jc w:val="center"/>
        </w:trPr>
        <w:tc>
          <w:tcPr>
            <w:tcW w:w="1396" w:type="dxa"/>
            <w:vAlign w:val="center"/>
          </w:tcPr>
          <w:p w14:paraId="2F3C69F7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Четвртак</w:t>
            </w:r>
            <w:proofErr w:type="spellEnd"/>
          </w:p>
        </w:tc>
        <w:tc>
          <w:tcPr>
            <w:tcW w:w="1509" w:type="dxa"/>
            <w:vAlign w:val="center"/>
          </w:tcPr>
          <w:p w14:paraId="3BB9F263" w14:textId="78686B9B" w:rsidR="003278C7" w:rsidRDefault="003278C7">
            <w:pPr>
              <w:jc w:val="center"/>
            </w:pPr>
            <w:r>
              <w:rPr>
                <w:sz w:val="18"/>
              </w:rPr>
              <w:t>11:00–13:35</w:t>
            </w:r>
          </w:p>
        </w:tc>
        <w:tc>
          <w:tcPr>
            <w:tcW w:w="4248" w:type="dxa"/>
            <w:vAlign w:val="center"/>
          </w:tcPr>
          <w:p w14:paraId="679488A5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Пословно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право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1" w:type="dxa"/>
            <w:vAlign w:val="center"/>
          </w:tcPr>
          <w:p w14:paraId="00C3ACA9" w14:textId="77777777" w:rsidR="003278C7" w:rsidRDefault="003278C7">
            <w:pPr>
              <w:jc w:val="center"/>
            </w:pPr>
            <w:r>
              <w:rPr>
                <w:sz w:val="18"/>
              </w:rPr>
              <w:t>SP</w:t>
            </w:r>
          </w:p>
        </w:tc>
      </w:tr>
      <w:tr w:rsidR="000C1119" w14:paraId="2C12FE2F" w14:textId="77777777" w:rsidTr="000C1119">
        <w:trPr>
          <w:jc w:val="center"/>
        </w:trPr>
        <w:tc>
          <w:tcPr>
            <w:tcW w:w="1396" w:type="dxa"/>
            <w:vAlign w:val="center"/>
          </w:tcPr>
          <w:p w14:paraId="7D671A60" w14:textId="77777777" w:rsidR="000C1119" w:rsidRDefault="000C1119" w:rsidP="000C1119">
            <w:pPr>
              <w:jc w:val="center"/>
            </w:pPr>
            <w:proofErr w:type="spellStart"/>
            <w:r>
              <w:rPr>
                <w:sz w:val="18"/>
              </w:rPr>
              <w:t>Петак</w:t>
            </w:r>
            <w:proofErr w:type="spellEnd"/>
          </w:p>
        </w:tc>
        <w:tc>
          <w:tcPr>
            <w:tcW w:w="1509" w:type="dxa"/>
            <w:vAlign w:val="center"/>
          </w:tcPr>
          <w:p w14:paraId="776BD2AD" w14:textId="76459D07" w:rsidR="000C1119" w:rsidRDefault="000C1119" w:rsidP="000C1119">
            <w:pPr>
              <w:jc w:val="center"/>
            </w:pPr>
            <w:r>
              <w:rPr>
                <w:sz w:val="18"/>
              </w:rPr>
              <w:t>09:00–10:35</w:t>
            </w:r>
          </w:p>
        </w:tc>
        <w:tc>
          <w:tcPr>
            <w:tcW w:w="4248" w:type="dxa"/>
            <w:vAlign w:val="center"/>
          </w:tcPr>
          <w:p w14:paraId="7E7E3626" w14:textId="67A5FC91" w:rsidR="000C1119" w:rsidRPr="000C1119" w:rsidRDefault="000C1119" w:rsidP="000C1119">
            <w:pPr>
              <w:jc w:val="center"/>
              <w:rPr>
                <w:lang w:val="sr-Cyrl-RS"/>
              </w:rPr>
            </w:pPr>
            <w:proofErr w:type="spellStart"/>
            <w:r>
              <w:rPr>
                <w:sz w:val="18"/>
              </w:rPr>
              <w:t>Пословни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енглески</w:t>
            </w:r>
            <w:proofErr w:type="spellEnd"/>
            <w:r>
              <w:rPr>
                <w:sz w:val="18"/>
              </w:rPr>
              <w:t xml:space="preserve"> II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1" w:type="dxa"/>
            <w:vAlign w:val="center"/>
          </w:tcPr>
          <w:p w14:paraId="7DFB4856" w14:textId="0D628773" w:rsidR="000C1119" w:rsidRDefault="000C1119" w:rsidP="000C1119">
            <w:pPr>
              <w:jc w:val="center"/>
            </w:pPr>
            <w:r>
              <w:rPr>
                <w:sz w:val="18"/>
              </w:rPr>
              <w:t>SP</w:t>
            </w:r>
          </w:p>
        </w:tc>
      </w:tr>
      <w:tr w:rsidR="000C1119" w14:paraId="72E38028" w14:textId="77777777" w:rsidTr="000C1119">
        <w:trPr>
          <w:jc w:val="center"/>
        </w:trPr>
        <w:tc>
          <w:tcPr>
            <w:tcW w:w="1396" w:type="dxa"/>
            <w:vAlign w:val="center"/>
          </w:tcPr>
          <w:p w14:paraId="75080EFC" w14:textId="29E61592" w:rsidR="000C1119" w:rsidRPr="000C1119" w:rsidRDefault="000C1119" w:rsidP="000C1119">
            <w:pPr>
              <w:jc w:val="center"/>
              <w:rPr>
                <w:sz w:val="18"/>
                <w:lang w:val="sr-Cyrl-RS"/>
              </w:rPr>
            </w:pPr>
            <w:r>
              <w:rPr>
                <w:sz w:val="18"/>
                <w:lang w:val="sr-Cyrl-RS"/>
              </w:rPr>
              <w:t>Петак</w:t>
            </w:r>
          </w:p>
        </w:tc>
        <w:tc>
          <w:tcPr>
            <w:tcW w:w="1509" w:type="dxa"/>
            <w:vAlign w:val="center"/>
          </w:tcPr>
          <w:p w14:paraId="5133D780" w14:textId="17F30618" w:rsidR="000C1119" w:rsidRDefault="000C1119" w:rsidP="000C1119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11:00–13:35</w:t>
            </w:r>
          </w:p>
        </w:tc>
        <w:tc>
          <w:tcPr>
            <w:tcW w:w="4248" w:type="dxa"/>
            <w:vAlign w:val="center"/>
          </w:tcPr>
          <w:p w14:paraId="4CDF3060" w14:textId="613D8CDA" w:rsidR="000C1119" w:rsidRDefault="000C1119" w:rsidP="000C1119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Пословни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енглески</w:t>
            </w:r>
            <w:proofErr w:type="spellEnd"/>
            <w:r>
              <w:rPr>
                <w:sz w:val="18"/>
              </w:rPr>
              <w:t xml:space="preserve"> II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1" w:type="dxa"/>
            <w:vAlign w:val="center"/>
          </w:tcPr>
          <w:p w14:paraId="294FBBC7" w14:textId="115161A3" w:rsidR="000C1119" w:rsidRDefault="000C1119" w:rsidP="000C1119">
            <w:pPr>
              <w:jc w:val="center"/>
              <w:rPr>
                <w:sz w:val="18"/>
              </w:rPr>
            </w:pPr>
            <w:r>
              <w:rPr>
                <w:sz w:val="18"/>
              </w:rPr>
              <w:t>SP</w:t>
            </w:r>
          </w:p>
        </w:tc>
      </w:tr>
    </w:tbl>
    <w:p w14:paraId="6FAE1D20" w14:textId="77777777" w:rsidR="006614CB" w:rsidRDefault="006614CB" w:rsidP="007B185A">
      <w:pPr>
        <w:jc w:val="center"/>
      </w:pPr>
    </w:p>
    <w:p w14:paraId="05A03C7B" w14:textId="77777777" w:rsidR="006614CB" w:rsidRDefault="007B185A" w:rsidP="007B185A">
      <w:pPr>
        <w:jc w:val="center"/>
      </w:pPr>
      <w:r>
        <w:rPr>
          <w:b/>
          <w:sz w:val="24"/>
        </w:rPr>
        <w:t>III ГОДИНА — V СЕМЕСТАР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7"/>
        <w:gridCol w:w="1512"/>
        <w:gridCol w:w="4231"/>
        <w:gridCol w:w="1243"/>
      </w:tblGrid>
      <w:tr w:rsidR="003278C7" w14:paraId="5598C4F8" w14:textId="77777777" w:rsidTr="003278C7">
        <w:trPr>
          <w:jc w:val="center"/>
        </w:trPr>
        <w:tc>
          <w:tcPr>
            <w:tcW w:w="1397" w:type="dxa"/>
            <w:shd w:val="clear" w:color="auto" w:fill="D9EAF7"/>
            <w:vAlign w:val="center"/>
          </w:tcPr>
          <w:p w14:paraId="6F3CE4DE" w14:textId="77777777" w:rsidR="003278C7" w:rsidRDefault="003278C7">
            <w:pPr>
              <w:jc w:val="center"/>
            </w:pPr>
            <w:r>
              <w:rPr>
                <w:b/>
                <w:sz w:val="18"/>
              </w:rPr>
              <w:t>Дан</w:t>
            </w:r>
          </w:p>
        </w:tc>
        <w:tc>
          <w:tcPr>
            <w:tcW w:w="1512" w:type="dxa"/>
            <w:shd w:val="clear" w:color="auto" w:fill="D9EAF7"/>
            <w:vAlign w:val="center"/>
          </w:tcPr>
          <w:p w14:paraId="0E24FC9B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Време</w:t>
            </w:r>
            <w:proofErr w:type="spellEnd"/>
          </w:p>
        </w:tc>
        <w:tc>
          <w:tcPr>
            <w:tcW w:w="4231" w:type="dxa"/>
            <w:shd w:val="clear" w:color="auto" w:fill="D9EAF7"/>
            <w:vAlign w:val="center"/>
          </w:tcPr>
          <w:p w14:paraId="3BFB85C6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Предмет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вид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наставе</w:t>
            </w:r>
            <w:proofErr w:type="spellEnd"/>
          </w:p>
        </w:tc>
        <w:tc>
          <w:tcPr>
            <w:tcW w:w="1243" w:type="dxa"/>
            <w:shd w:val="clear" w:color="auto" w:fill="D9EAF7"/>
            <w:vAlign w:val="center"/>
          </w:tcPr>
          <w:p w14:paraId="4D29BF32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Сала</w:t>
            </w:r>
            <w:proofErr w:type="spellEnd"/>
          </w:p>
        </w:tc>
      </w:tr>
      <w:tr w:rsidR="003278C7" w14:paraId="04FAEFE4" w14:textId="77777777" w:rsidTr="003278C7">
        <w:trPr>
          <w:jc w:val="center"/>
        </w:trPr>
        <w:tc>
          <w:tcPr>
            <w:tcW w:w="1397" w:type="dxa"/>
            <w:vAlign w:val="center"/>
          </w:tcPr>
          <w:p w14:paraId="60C935D5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Понедељак</w:t>
            </w:r>
            <w:proofErr w:type="spellEnd"/>
          </w:p>
        </w:tc>
        <w:tc>
          <w:tcPr>
            <w:tcW w:w="1512" w:type="dxa"/>
            <w:vAlign w:val="center"/>
          </w:tcPr>
          <w:p w14:paraId="2223211F" w14:textId="77777777" w:rsidR="003278C7" w:rsidRDefault="003278C7">
            <w:pPr>
              <w:jc w:val="center"/>
            </w:pPr>
            <w:r>
              <w:rPr>
                <w:sz w:val="18"/>
              </w:rPr>
              <w:t>09:00–10:35</w:t>
            </w:r>
          </w:p>
        </w:tc>
        <w:tc>
          <w:tcPr>
            <w:tcW w:w="4231" w:type="dxa"/>
            <w:vAlign w:val="center"/>
          </w:tcPr>
          <w:p w14:paraId="38BA5597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Банкарство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3" w:type="dxa"/>
            <w:vAlign w:val="center"/>
          </w:tcPr>
          <w:p w14:paraId="3DE4937D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А</w:t>
            </w:r>
          </w:p>
        </w:tc>
      </w:tr>
      <w:tr w:rsidR="003278C7" w14:paraId="3C703AE7" w14:textId="77777777" w:rsidTr="003278C7">
        <w:trPr>
          <w:jc w:val="center"/>
        </w:trPr>
        <w:tc>
          <w:tcPr>
            <w:tcW w:w="1397" w:type="dxa"/>
            <w:vAlign w:val="center"/>
          </w:tcPr>
          <w:p w14:paraId="29D1AA43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Понедељак</w:t>
            </w:r>
            <w:proofErr w:type="spellEnd"/>
          </w:p>
        </w:tc>
        <w:tc>
          <w:tcPr>
            <w:tcW w:w="1512" w:type="dxa"/>
            <w:vAlign w:val="center"/>
          </w:tcPr>
          <w:p w14:paraId="6B7D9B29" w14:textId="77777777" w:rsidR="003278C7" w:rsidRDefault="003278C7">
            <w:pPr>
              <w:jc w:val="center"/>
            </w:pPr>
            <w:r>
              <w:rPr>
                <w:sz w:val="18"/>
              </w:rPr>
              <w:t>12:00–14:35</w:t>
            </w:r>
          </w:p>
        </w:tc>
        <w:tc>
          <w:tcPr>
            <w:tcW w:w="4231" w:type="dxa"/>
            <w:vAlign w:val="center"/>
          </w:tcPr>
          <w:p w14:paraId="4CB67765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Банкарство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3" w:type="dxa"/>
            <w:vAlign w:val="center"/>
          </w:tcPr>
          <w:p w14:paraId="54903C90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А</w:t>
            </w:r>
          </w:p>
        </w:tc>
      </w:tr>
      <w:tr w:rsidR="003278C7" w14:paraId="5B1AE799" w14:textId="77777777" w:rsidTr="003278C7">
        <w:trPr>
          <w:jc w:val="center"/>
        </w:trPr>
        <w:tc>
          <w:tcPr>
            <w:tcW w:w="1397" w:type="dxa"/>
            <w:vAlign w:val="center"/>
          </w:tcPr>
          <w:p w14:paraId="38907A8C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Уторак</w:t>
            </w:r>
            <w:proofErr w:type="spellEnd"/>
          </w:p>
        </w:tc>
        <w:tc>
          <w:tcPr>
            <w:tcW w:w="1512" w:type="dxa"/>
            <w:vAlign w:val="center"/>
          </w:tcPr>
          <w:p w14:paraId="19BA2367" w14:textId="77777777" w:rsidR="003278C7" w:rsidRDefault="003278C7">
            <w:pPr>
              <w:jc w:val="center"/>
            </w:pPr>
            <w:r>
              <w:rPr>
                <w:sz w:val="18"/>
              </w:rPr>
              <w:t>09:00–11:35</w:t>
            </w:r>
          </w:p>
        </w:tc>
        <w:tc>
          <w:tcPr>
            <w:tcW w:w="4231" w:type="dxa"/>
            <w:vAlign w:val="center"/>
          </w:tcPr>
          <w:p w14:paraId="14ECF864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Јавне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финансије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3" w:type="dxa"/>
            <w:vAlign w:val="center"/>
          </w:tcPr>
          <w:p w14:paraId="7D770C2C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А</w:t>
            </w:r>
          </w:p>
        </w:tc>
      </w:tr>
      <w:tr w:rsidR="003278C7" w14:paraId="179409E5" w14:textId="77777777" w:rsidTr="003278C7">
        <w:trPr>
          <w:jc w:val="center"/>
        </w:trPr>
        <w:tc>
          <w:tcPr>
            <w:tcW w:w="1397" w:type="dxa"/>
            <w:vAlign w:val="center"/>
          </w:tcPr>
          <w:p w14:paraId="3233BCEA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Уторак</w:t>
            </w:r>
            <w:proofErr w:type="spellEnd"/>
          </w:p>
        </w:tc>
        <w:tc>
          <w:tcPr>
            <w:tcW w:w="1512" w:type="dxa"/>
            <w:vAlign w:val="center"/>
          </w:tcPr>
          <w:p w14:paraId="05E318CE" w14:textId="77777777" w:rsidR="003278C7" w:rsidRDefault="003278C7">
            <w:pPr>
              <w:jc w:val="center"/>
            </w:pPr>
            <w:r>
              <w:rPr>
                <w:sz w:val="18"/>
              </w:rPr>
              <w:t>12:00–13:35</w:t>
            </w:r>
          </w:p>
        </w:tc>
        <w:tc>
          <w:tcPr>
            <w:tcW w:w="4231" w:type="dxa"/>
            <w:vAlign w:val="center"/>
          </w:tcPr>
          <w:p w14:paraId="743B485C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Јавне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финансије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3" w:type="dxa"/>
            <w:vAlign w:val="center"/>
          </w:tcPr>
          <w:p w14:paraId="2CC83488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А</w:t>
            </w:r>
          </w:p>
        </w:tc>
      </w:tr>
      <w:tr w:rsidR="003278C7" w14:paraId="2A94C345" w14:textId="77777777" w:rsidTr="003278C7">
        <w:trPr>
          <w:jc w:val="center"/>
        </w:trPr>
        <w:tc>
          <w:tcPr>
            <w:tcW w:w="1397" w:type="dxa"/>
            <w:vAlign w:val="center"/>
          </w:tcPr>
          <w:p w14:paraId="254C4A6B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Среда</w:t>
            </w:r>
            <w:proofErr w:type="spellEnd"/>
          </w:p>
        </w:tc>
        <w:tc>
          <w:tcPr>
            <w:tcW w:w="1512" w:type="dxa"/>
            <w:vAlign w:val="center"/>
          </w:tcPr>
          <w:p w14:paraId="7ACFB57F" w14:textId="77777777" w:rsidR="003278C7" w:rsidRDefault="003278C7">
            <w:pPr>
              <w:jc w:val="center"/>
            </w:pPr>
            <w:r>
              <w:rPr>
                <w:sz w:val="18"/>
              </w:rPr>
              <w:t>09:00–10:35</w:t>
            </w:r>
          </w:p>
        </w:tc>
        <w:tc>
          <w:tcPr>
            <w:tcW w:w="4231" w:type="dxa"/>
            <w:vAlign w:val="center"/>
          </w:tcPr>
          <w:p w14:paraId="0D72C60C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Финансијска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тржишта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инструменти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3" w:type="dxa"/>
            <w:vAlign w:val="center"/>
          </w:tcPr>
          <w:p w14:paraId="1A6B89DE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А</w:t>
            </w:r>
          </w:p>
        </w:tc>
      </w:tr>
      <w:tr w:rsidR="003278C7" w14:paraId="5C490D09" w14:textId="77777777" w:rsidTr="003278C7">
        <w:trPr>
          <w:jc w:val="center"/>
        </w:trPr>
        <w:tc>
          <w:tcPr>
            <w:tcW w:w="1397" w:type="dxa"/>
            <w:vAlign w:val="center"/>
          </w:tcPr>
          <w:p w14:paraId="2813FBB2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Среда</w:t>
            </w:r>
            <w:proofErr w:type="spellEnd"/>
          </w:p>
        </w:tc>
        <w:tc>
          <w:tcPr>
            <w:tcW w:w="1512" w:type="dxa"/>
            <w:vAlign w:val="center"/>
          </w:tcPr>
          <w:p w14:paraId="21AB9609" w14:textId="77777777" w:rsidR="003278C7" w:rsidRDefault="003278C7">
            <w:pPr>
              <w:jc w:val="center"/>
            </w:pPr>
            <w:r>
              <w:rPr>
                <w:sz w:val="18"/>
              </w:rPr>
              <w:t>12:00–14:35</w:t>
            </w:r>
          </w:p>
        </w:tc>
        <w:tc>
          <w:tcPr>
            <w:tcW w:w="4231" w:type="dxa"/>
            <w:vAlign w:val="center"/>
          </w:tcPr>
          <w:p w14:paraId="4EA79DDA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Финансијска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тржишта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инструменти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3" w:type="dxa"/>
            <w:vAlign w:val="center"/>
          </w:tcPr>
          <w:p w14:paraId="6073F9F5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А</w:t>
            </w:r>
          </w:p>
        </w:tc>
      </w:tr>
      <w:tr w:rsidR="003278C7" w14:paraId="5800795E" w14:textId="77777777" w:rsidTr="003278C7">
        <w:trPr>
          <w:jc w:val="center"/>
        </w:trPr>
        <w:tc>
          <w:tcPr>
            <w:tcW w:w="1397" w:type="dxa"/>
            <w:vAlign w:val="center"/>
          </w:tcPr>
          <w:p w14:paraId="7985F4B9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Четвртак</w:t>
            </w:r>
            <w:proofErr w:type="spellEnd"/>
          </w:p>
        </w:tc>
        <w:tc>
          <w:tcPr>
            <w:tcW w:w="1512" w:type="dxa"/>
            <w:vAlign w:val="center"/>
          </w:tcPr>
          <w:p w14:paraId="230A50F9" w14:textId="77777777" w:rsidR="003278C7" w:rsidRDefault="003278C7">
            <w:pPr>
              <w:jc w:val="center"/>
            </w:pPr>
            <w:r>
              <w:rPr>
                <w:sz w:val="18"/>
              </w:rPr>
              <w:t>09:00–11:35</w:t>
            </w:r>
          </w:p>
        </w:tc>
        <w:tc>
          <w:tcPr>
            <w:tcW w:w="4231" w:type="dxa"/>
            <w:vAlign w:val="center"/>
          </w:tcPr>
          <w:p w14:paraId="5DD12C5C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Односи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јавношћу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3" w:type="dxa"/>
            <w:vAlign w:val="center"/>
          </w:tcPr>
          <w:p w14:paraId="52B07EE2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А</w:t>
            </w:r>
          </w:p>
        </w:tc>
      </w:tr>
      <w:tr w:rsidR="003278C7" w14:paraId="50765B5C" w14:textId="77777777" w:rsidTr="003278C7">
        <w:trPr>
          <w:jc w:val="center"/>
        </w:trPr>
        <w:tc>
          <w:tcPr>
            <w:tcW w:w="1397" w:type="dxa"/>
            <w:vAlign w:val="center"/>
          </w:tcPr>
          <w:p w14:paraId="253D001D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Четвртак</w:t>
            </w:r>
            <w:proofErr w:type="spellEnd"/>
          </w:p>
        </w:tc>
        <w:tc>
          <w:tcPr>
            <w:tcW w:w="1512" w:type="dxa"/>
            <w:vAlign w:val="center"/>
          </w:tcPr>
          <w:p w14:paraId="303A20C4" w14:textId="77777777" w:rsidR="003278C7" w:rsidRDefault="003278C7">
            <w:pPr>
              <w:jc w:val="center"/>
            </w:pPr>
            <w:r>
              <w:rPr>
                <w:sz w:val="18"/>
              </w:rPr>
              <w:t>12:00–13:35</w:t>
            </w:r>
          </w:p>
        </w:tc>
        <w:tc>
          <w:tcPr>
            <w:tcW w:w="4231" w:type="dxa"/>
            <w:vAlign w:val="center"/>
          </w:tcPr>
          <w:p w14:paraId="4107DCF0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Односи</w:t>
            </w:r>
            <w:proofErr w:type="spellEnd"/>
            <w:r>
              <w:rPr>
                <w:sz w:val="18"/>
              </w:rPr>
              <w:t xml:space="preserve"> с </w:t>
            </w:r>
            <w:proofErr w:type="spellStart"/>
            <w:r>
              <w:rPr>
                <w:sz w:val="18"/>
              </w:rPr>
              <w:t>јавношћу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3" w:type="dxa"/>
            <w:vAlign w:val="center"/>
          </w:tcPr>
          <w:p w14:paraId="3CBD97D3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А</w:t>
            </w:r>
          </w:p>
        </w:tc>
      </w:tr>
      <w:tr w:rsidR="003278C7" w14:paraId="6F305FC4" w14:textId="77777777" w:rsidTr="003278C7">
        <w:trPr>
          <w:jc w:val="center"/>
        </w:trPr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679BACDD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Петак</w:t>
            </w:r>
            <w:proofErr w:type="spellEnd"/>
          </w:p>
        </w:tc>
        <w:tc>
          <w:tcPr>
            <w:tcW w:w="1512" w:type="dxa"/>
            <w:shd w:val="clear" w:color="auto" w:fill="F2F2F2" w:themeFill="background1" w:themeFillShade="F2"/>
            <w:vAlign w:val="center"/>
          </w:tcPr>
          <w:p w14:paraId="5A438F52" w14:textId="77777777" w:rsidR="003278C7" w:rsidRDefault="003278C7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4231" w:type="dxa"/>
            <w:shd w:val="clear" w:color="auto" w:fill="F2F2F2" w:themeFill="background1" w:themeFillShade="F2"/>
            <w:vAlign w:val="center"/>
          </w:tcPr>
          <w:p w14:paraId="6CDE3259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Слободан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консултације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потреби</w:t>
            </w:r>
            <w:proofErr w:type="spellEnd"/>
          </w:p>
        </w:tc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2FCD39D5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А</w:t>
            </w:r>
          </w:p>
        </w:tc>
      </w:tr>
    </w:tbl>
    <w:p w14:paraId="318BA6FD" w14:textId="77777777" w:rsidR="006614CB" w:rsidRDefault="007B185A" w:rsidP="007B185A">
      <w:pPr>
        <w:jc w:val="center"/>
      </w:pPr>
      <w:r>
        <w:rPr>
          <w:b/>
          <w:sz w:val="24"/>
        </w:rPr>
        <w:t>IV ГОДИНА — VII СЕМЕСТАР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5"/>
        <w:gridCol w:w="1510"/>
        <w:gridCol w:w="4238"/>
        <w:gridCol w:w="1242"/>
      </w:tblGrid>
      <w:tr w:rsidR="003278C7" w14:paraId="7CBDFB1F" w14:textId="77777777" w:rsidTr="003278C7">
        <w:trPr>
          <w:jc w:val="center"/>
        </w:trPr>
        <w:tc>
          <w:tcPr>
            <w:tcW w:w="1395" w:type="dxa"/>
            <w:shd w:val="clear" w:color="auto" w:fill="D9EAF7"/>
            <w:vAlign w:val="center"/>
          </w:tcPr>
          <w:p w14:paraId="55920F0D" w14:textId="77777777" w:rsidR="003278C7" w:rsidRDefault="003278C7">
            <w:pPr>
              <w:jc w:val="center"/>
            </w:pPr>
            <w:r>
              <w:rPr>
                <w:b/>
                <w:sz w:val="18"/>
              </w:rPr>
              <w:t>Дан</w:t>
            </w:r>
          </w:p>
        </w:tc>
        <w:tc>
          <w:tcPr>
            <w:tcW w:w="1510" w:type="dxa"/>
            <w:shd w:val="clear" w:color="auto" w:fill="D9EAF7"/>
            <w:vAlign w:val="center"/>
          </w:tcPr>
          <w:p w14:paraId="5F584913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Време</w:t>
            </w:r>
            <w:proofErr w:type="spellEnd"/>
          </w:p>
        </w:tc>
        <w:tc>
          <w:tcPr>
            <w:tcW w:w="4238" w:type="dxa"/>
            <w:shd w:val="clear" w:color="auto" w:fill="D9EAF7"/>
            <w:vAlign w:val="center"/>
          </w:tcPr>
          <w:p w14:paraId="58F8588F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Предмет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вид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наставе</w:t>
            </w:r>
            <w:proofErr w:type="spellEnd"/>
          </w:p>
        </w:tc>
        <w:tc>
          <w:tcPr>
            <w:tcW w:w="1242" w:type="dxa"/>
            <w:shd w:val="clear" w:color="auto" w:fill="D9EAF7"/>
            <w:vAlign w:val="center"/>
          </w:tcPr>
          <w:p w14:paraId="6B1AC329" w14:textId="77777777" w:rsidR="003278C7" w:rsidRDefault="003278C7">
            <w:pPr>
              <w:jc w:val="center"/>
            </w:pPr>
            <w:proofErr w:type="spellStart"/>
            <w:r>
              <w:rPr>
                <w:b/>
                <w:sz w:val="18"/>
              </w:rPr>
              <w:t>Сала</w:t>
            </w:r>
            <w:proofErr w:type="spellEnd"/>
          </w:p>
        </w:tc>
      </w:tr>
      <w:tr w:rsidR="003278C7" w14:paraId="739191DC" w14:textId="77777777" w:rsidTr="003278C7">
        <w:trPr>
          <w:jc w:val="center"/>
        </w:trPr>
        <w:tc>
          <w:tcPr>
            <w:tcW w:w="1395" w:type="dxa"/>
            <w:vAlign w:val="center"/>
          </w:tcPr>
          <w:p w14:paraId="1F57BE96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Понедељак</w:t>
            </w:r>
            <w:proofErr w:type="spellEnd"/>
          </w:p>
        </w:tc>
        <w:tc>
          <w:tcPr>
            <w:tcW w:w="1510" w:type="dxa"/>
            <w:vAlign w:val="center"/>
          </w:tcPr>
          <w:p w14:paraId="043750BF" w14:textId="77777777" w:rsidR="003278C7" w:rsidRDefault="003278C7">
            <w:pPr>
              <w:jc w:val="center"/>
            </w:pPr>
            <w:r>
              <w:rPr>
                <w:sz w:val="18"/>
              </w:rPr>
              <w:t>09:00–11:35</w:t>
            </w:r>
          </w:p>
        </w:tc>
        <w:tc>
          <w:tcPr>
            <w:tcW w:w="4238" w:type="dxa"/>
            <w:vAlign w:val="center"/>
          </w:tcPr>
          <w:p w14:paraId="5921511A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Управљање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инвестицијама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пројектима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2" w:type="dxa"/>
            <w:vAlign w:val="center"/>
          </w:tcPr>
          <w:p w14:paraId="73BB4D4E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Б</w:t>
            </w:r>
          </w:p>
        </w:tc>
      </w:tr>
      <w:tr w:rsidR="003278C7" w14:paraId="3CEB800F" w14:textId="77777777" w:rsidTr="003278C7">
        <w:trPr>
          <w:jc w:val="center"/>
        </w:trPr>
        <w:tc>
          <w:tcPr>
            <w:tcW w:w="1395" w:type="dxa"/>
            <w:vAlign w:val="center"/>
          </w:tcPr>
          <w:p w14:paraId="32958DBF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Понедељак</w:t>
            </w:r>
            <w:proofErr w:type="spellEnd"/>
          </w:p>
        </w:tc>
        <w:tc>
          <w:tcPr>
            <w:tcW w:w="1510" w:type="dxa"/>
            <w:vAlign w:val="center"/>
          </w:tcPr>
          <w:p w14:paraId="2E6BB6B9" w14:textId="77777777" w:rsidR="003278C7" w:rsidRDefault="003278C7">
            <w:pPr>
              <w:jc w:val="center"/>
            </w:pPr>
            <w:r>
              <w:rPr>
                <w:sz w:val="18"/>
              </w:rPr>
              <w:t>12:00–13:35</w:t>
            </w:r>
          </w:p>
        </w:tc>
        <w:tc>
          <w:tcPr>
            <w:tcW w:w="4238" w:type="dxa"/>
            <w:vAlign w:val="center"/>
          </w:tcPr>
          <w:p w14:paraId="754DA4FB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Управљање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инвестицијама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пројектима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2" w:type="dxa"/>
            <w:vAlign w:val="center"/>
          </w:tcPr>
          <w:p w14:paraId="4535D2F9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Б</w:t>
            </w:r>
          </w:p>
        </w:tc>
      </w:tr>
      <w:tr w:rsidR="003278C7" w14:paraId="6484FBFD" w14:textId="77777777" w:rsidTr="003278C7">
        <w:trPr>
          <w:jc w:val="center"/>
        </w:trPr>
        <w:tc>
          <w:tcPr>
            <w:tcW w:w="1395" w:type="dxa"/>
            <w:vAlign w:val="center"/>
          </w:tcPr>
          <w:p w14:paraId="319CA4FA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Уторак</w:t>
            </w:r>
            <w:proofErr w:type="spellEnd"/>
          </w:p>
        </w:tc>
        <w:tc>
          <w:tcPr>
            <w:tcW w:w="1510" w:type="dxa"/>
            <w:vAlign w:val="center"/>
          </w:tcPr>
          <w:p w14:paraId="6171E961" w14:textId="77777777" w:rsidR="003278C7" w:rsidRDefault="003278C7">
            <w:pPr>
              <w:jc w:val="center"/>
            </w:pPr>
            <w:r>
              <w:rPr>
                <w:sz w:val="18"/>
              </w:rPr>
              <w:t>09:00–11:35</w:t>
            </w:r>
          </w:p>
        </w:tc>
        <w:tc>
          <w:tcPr>
            <w:tcW w:w="4238" w:type="dxa"/>
            <w:vAlign w:val="center"/>
          </w:tcPr>
          <w:p w14:paraId="6A1310EB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Међународне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финансије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2" w:type="dxa"/>
            <w:vAlign w:val="center"/>
          </w:tcPr>
          <w:p w14:paraId="6B1D77AC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Б</w:t>
            </w:r>
          </w:p>
        </w:tc>
      </w:tr>
      <w:tr w:rsidR="003278C7" w14:paraId="6CDC6999" w14:textId="77777777" w:rsidTr="003278C7">
        <w:trPr>
          <w:jc w:val="center"/>
        </w:trPr>
        <w:tc>
          <w:tcPr>
            <w:tcW w:w="1395" w:type="dxa"/>
            <w:vAlign w:val="center"/>
          </w:tcPr>
          <w:p w14:paraId="5CC41883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Уторак</w:t>
            </w:r>
            <w:proofErr w:type="spellEnd"/>
          </w:p>
        </w:tc>
        <w:tc>
          <w:tcPr>
            <w:tcW w:w="1510" w:type="dxa"/>
            <w:vAlign w:val="center"/>
          </w:tcPr>
          <w:p w14:paraId="69ED403D" w14:textId="77777777" w:rsidR="003278C7" w:rsidRDefault="003278C7">
            <w:pPr>
              <w:jc w:val="center"/>
            </w:pPr>
            <w:r>
              <w:rPr>
                <w:sz w:val="18"/>
              </w:rPr>
              <w:t>12:00–14:35</w:t>
            </w:r>
          </w:p>
        </w:tc>
        <w:tc>
          <w:tcPr>
            <w:tcW w:w="4238" w:type="dxa"/>
            <w:vAlign w:val="center"/>
          </w:tcPr>
          <w:p w14:paraId="4DC65E84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Међународне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финансије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2" w:type="dxa"/>
            <w:vAlign w:val="center"/>
          </w:tcPr>
          <w:p w14:paraId="77A0BF6B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Б</w:t>
            </w:r>
          </w:p>
        </w:tc>
      </w:tr>
      <w:tr w:rsidR="003278C7" w14:paraId="68C89E2F" w14:textId="77777777" w:rsidTr="003278C7">
        <w:trPr>
          <w:jc w:val="center"/>
        </w:trPr>
        <w:tc>
          <w:tcPr>
            <w:tcW w:w="1395" w:type="dxa"/>
            <w:vAlign w:val="center"/>
          </w:tcPr>
          <w:p w14:paraId="5ECC0AFE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Среда</w:t>
            </w:r>
            <w:proofErr w:type="spellEnd"/>
          </w:p>
        </w:tc>
        <w:tc>
          <w:tcPr>
            <w:tcW w:w="1510" w:type="dxa"/>
            <w:vAlign w:val="center"/>
          </w:tcPr>
          <w:p w14:paraId="54CE8837" w14:textId="77777777" w:rsidR="003278C7" w:rsidRDefault="003278C7">
            <w:pPr>
              <w:jc w:val="center"/>
            </w:pPr>
            <w:r>
              <w:rPr>
                <w:sz w:val="18"/>
              </w:rPr>
              <w:t>09:00–10:35</w:t>
            </w:r>
          </w:p>
        </w:tc>
        <w:tc>
          <w:tcPr>
            <w:tcW w:w="4238" w:type="dxa"/>
            <w:vAlign w:val="center"/>
          </w:tcPr>
          <w:p w14:paraId="124C8CEF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Осигурање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2" w:type="dxa"/>
            <w:vAlign w:val="center"/>
          </w:tcPr>
          <w:p w14:paraId="081355A0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Б</w:t>
            </w:r>
          </w:p>
        </w:tc>
      </w:tr>
      <w:tr w:rsidR="003278C7" w14:paraId="2D709114" w14:textId="77777777" w:rsidTr="003278C7">
        <w:trPr>
          <w:jc w:val="center"/>
        </w:trPr>
        <w:tc>
          <w:tcPr>
            <w:tcW w:w="1395" w:type="dxa"/>
            <w:vAlign w:val="center"/>
          </w:tcPr>
          <w:p w14:paraId="736960B7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Среда</w:t>
            </w:r>
            <w:proofErr w:type="spellEnd"/>
          </w:p>
        </w:tc>
        <w:tc>
          <w:tcPr>
            <w:tcW w:w="1510" w:type="dxa"/>
            <w:vAlign w:val="center"/>
          </w:tcPr>
          <w:p w14:paraId="2CB03F0C" w14:textId="77777777" w:rsidR="003278C7" w:rsidRDefault="003278C7">
            <w:pPr>
              <w:jc w:val="center"/>
            </w:pPr>
            <w:r>
              <w:rPr>
                <w:sz w:val="18"/>
              </w:rPr>
              <w:t>12:00–14:35</w:t>
            </w:r>
          </w:p>
        </w:tc>
        <w:tc>
          <w:tcPr>
            <w:tcW w:w="4238" w:type="dxa"/>
            <w:vAlign w:val="center"/>
          </w:tcPr>
          <w:p w14:paraId="006F7EDD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Осигурање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2" w:type="dxa"/>
            <w:vAlign w:val="center"/>
          </w:tcPr>
          <w:p w14:paraId="6FC9D801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Б</w:t>
            </w:r>
          </w:p>
        </w:tc>
      </w:tr>
      <w:tr w:rsidR="003278C7" w14:paraId="47CC7B82" w14:textId="77777777" w:rsidTr="003278C7">
        <w:trPr>
          <w:jc w:val="center"/>
        </w:trPr>
        <w:tc>
          <w:tcPr>
            <w:tcW w:w="1395" w:type="dxa"/>
            <w:vAlign w:val="center"/>
          </w:tcPr>
          <w:p w14:paraId="527A89B3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Четвртак</w:t>
            </w:r>
            <w:proofErr w:type="spellEnd"/>
          </w:p>
        </w:tc>
        <w:tc>
          <w:tcPr>
            <w:tcW w:w="1510" w:type="dxa"/>
            <w:vAlign w:val="center"/>
          </w:tcPr>
          <w:p w14:paraId="42018546" w14:textId="77777777" w:rsidR="003278C7" w:rsidRDefault="003278C7">
            <w:pPr>
              <w:jc w:val="center"/>
            </w:pPr>
            <w:r>
              <w:rPr>
                <w:sz w:val="18"/>
              </w:rPr>
              <w:t>09:00–10:35</w:t>
            </w:r>
          </w:p>
        </w:tc>
        <w:tc>
          <w:tcPr>
            <w:tcW w:w="4238" w:type="dxa"/>
            <w:vAlign w:val="center"/>
          </w:tcPr>
          <w:p w14:paraId="4F62A1D3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Економија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Европске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уније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предавања</w:t>
            </w:r>
            <w:proofErr w:type="spellEnd"/>
          </w:p>
        </w:tc>
        <w:tc>
          <w:tcPr>
            <w:tcW w:w="1242" w:type="dxa"/>
            <w:vAlign w:val="center"/>
          </w:tcPr>
          <w:p w14:paraId="59590974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Б</w:t>
            </w:r>
          </w:p>
        </w:tc>
      </w:tr>
      <w:tr w:rsidR="003278C7" w14:paraId="4513C57B" w14:textId="77777777" w:rsidTr="003278C7">
        <w:trPr>
          <w:jc w:val="center"/>
        </w:trPr>
        <w:tc>
          <w:tcPr>
            <w:tcW w:w="1395" w:type="dxa"/>
            <w:vAlign w:val="center"/>
          </w:tcPr>
          <w:p w14:paraId="0AAB184D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Четвртак</w:t>
            </w:r>
            <w:proofErr w:type="spellEnd"/>
          </w:p>
        </w:tc>
        <w:tc>
          <w:tcPr>
            <w:tcW w:w="1510" w:type="dxa"/>
            <w:vAlign w:val="center"/>
          </w:tcPr>
          <w:p w14:paraId="60CFEEEE" w14:textId="77777777" w:rsidR="003278C7" w:rsidRDefault="003278C7">
            <w:pPr>
              <w:jc w:val="center"/>
            </w:pPr>
            <w:r>
              <w:rPr>
                <w:sz w:val="18"/>
              </w:rPr>
              <w:t>12:00–13:35</w:t>
            </w:r>
          </w:p>
        </w:tc>
        <w:tc>
          <w:tcPr>
            <w:tcW w:w="4238" w:type="dxa"/>
            <w:vAlign w:val="center"/>
          </w:tcPr>
          <w:p w14:paraId="240DF9B4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Економија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Европске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уније</w:t>
            </w:r>
            <w:proofErr w:type="spellEnd"/>
            <w:r>
              <w:rPr>
                <w:sz w:val="18"/>
              </w:rPr>
              <w:t xml:space="preserve"> — </w:t>
            </w:r>
            <w:proofErr w:type="spellStart"/>
            <w:r>
              <w:rPr>
                <w:sz w:val="18"/>
              </w:rPr>
              <w:t>вежбе</w:t>
            </w:r>
            <w:proofErr w:type="spellEnd"/>
          </w:p>
        </w:tc>
        <w:tc>
          <w:tcPr>
            <w:tcW w:w="1242" w:type="dxa"/>
            <w:vAlign w:val="center"/>
          </w:tcPr>
          <w:p w14:paraId="44D89D35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Б</w:t>
            </w:r>
          </w:p>
        </w:tc>
      </w:tr>
      <w:tr w:rsidR="003278C7" w14:paraId="05064A5D" w14:textId="77777777" w:rsidTr="003278C7">
        <w:trPr>
          <w:jc w:val="center"/>
        </w:trPr>
        <w:tc>
          <w:tcPr>
            <w:tcW w:w="1395" w:type="dxa"/>
            <w:shd w:val="clear" w:color="auto" w:fill="F2F2F2" w:themeFill="background1" w:themeFillShade="F2"/>
            <w:vAlign w:val="center"/>
          </w:tcPr>
          <w:p w14:paraId="228BE79C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Петак</w:t>
            </w:r>
            <w:proofErr w:type="spellEnd"/>
          </w:p>
        </w:tc>
        <w:tc>
          <w:tcPr>
            <w:tcW w:w="1510" w:type="dxa"/>
            <w:shd w:val="clear" w:color="auto" w:fill="F2F2F2" w:themeFill="background1" w:themeFillShade="F2"/>
            <w:vAlign w:val="center"/>
          </w:tcPr>
          <w:p w14:paraId="6C412309" w14:textId="77777777" w:rsidR="003278C7" w:rsidRDefault="003278C7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4238" w:type="dxa"/>
            <w:shd w:val="clear" w:color="auto" w:fill="F2F2F2" w:themeFill="background1" w:themeFillShade="F2"/>
            <w:vAlign w:val="center"/>
          </w:tcPr>
          <w:p w14:paraId="19EA0888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Слободан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консултације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потреби</w:t>
            </w:r>
            <w:proofErr w:type="spellEnd"/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7AE6D856" w14:textId="77777777" w:rsidR="003278C7" w:rsidRDefault="003278C7">
            <w:pPr>
              <w:jc w:val="center"/>
            </w:pPr>
            <w:proofErr w:type="spellStart"/>
            <w:r>
              <w:rPr>
                <w:sz w:val="18"/>
              </w:rPr>
              <w:t>Сала</w:t>
            </w:r>
            <w:proofErr w:type="spellEnd"/>
            <w:r>
              <w:rPr>
                <w:sz w:val="18"/>
              </w:rPr>
              <w:t xml:space="preserve"> Б</w:t>
            </w:r>
          </w:p>
        </w:tc>
      </w:tr>
    </w:tbl>
    <w:p w14:paraId="5D5F93A5" w14:textId="77777777" w:rsidR="006614CB" w:rsidRDefault="006614CB"/>
    <w:sectPr w:rsidR="006614CB" w:rsidSect="00034616">
      <w:pgSz w:w="12240" w:h="15840"/>
      <w:pgMar w:top="794" w:right="737" w:bottom="79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6395345">
    <w:abstractNumId w:val="8"/>
  </w:num>
  <w:num w:numId="2" w16cid:durableId="2132699070">
    <w:abstractNumId w:val="6"/>
  </w:num>
  <w:num w:numId="3" w16cid:durableId="1018191463">
    <w:abstractNumId w:val="5"/>
  </w:num>
  <w:num w:numId="4" w16cid:durableId="1251936219">
    <w:abstractNumId w:val="4"/>
  </w:num>
  <w:num w:numId="5" w16cid:durableId="2003042860">
    <w:abstractNumId w:val="7"/>
  </w:num>
  <w:num w:numId="6" w16cid:durableId="1428890196">
    <w:abstractNumId w:val="3"/>
  </w:num>
  <w:num w:numId="7" w16cid:durableId="1654292041">
    <w:abstractNumId w:val="2"/>
  </w:num>
  <w:num w:numId="8" w16cid:durableId="321784877">
    <w:abstractNumId w:val="1"/>
  </w:num>
  <w:num w:numId="9" w16cid:durableId="13239716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119"/>
    <w:rsid w:val="0015074B"/>
    <w:rsid w:val="0029639D"/>
    <w:rsid w:val="00326F90"/>
    <w:rsid w:val="003278C7"/>
    <w:rsid w:val="00462D73"/>
    <w:rsid w:val="004E1348"/>
    <w:rsid w:val="006614CB"/>
    <w:rsid w:val="006951A0"/>
    <w:rsid w:val="007B185A"/>
    <w:rsid w:val="008545C8"/>
    <w:rsid w:val="0087222F"/>
    <w:rsid w:val="00A53072"/>
    <w:rsid w:val="00A84E04"/>
    <w:rsid w:val="00AA1D8D"/>
    <w:rsid w:val="00B47730"/>
    <w:rsid w:val="00B52DBF"/>
    <w:rsid w:val="00C26CD8"/>
    <w:rsid w:val="00CB0664"/>
    <w:rsid w:val="00CD72B5"/>
    <w:rsid w:val="00D72792"/>
    <w:rsid w:val="00EE27AB"/>
    <w:rsid w:val="00FC693F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03107D"/>
  <w14:defaultImageDpi w14:val="300"/>
  <w15:docId w15:val="{CC440D93-5AB3-4422-8D19-537495B8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Jovan Milutinovic</cp:lastModifiedBy>
  <cp:revision>2</cp:revision>
  <dcterms:created xsi:type="dcterms:W3CDTF">2026-10-05T07:11:00Z</dcterms:created>
  <dcterms:modified xsi:type="dcterms:W3CDTF">2026-10-05T07:11:00Z</dcterms:modified>
  <cp:category/>
</cp:coreProperties>
</file>